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2: Earth's Materials and the Rock Cycle</w:t>
      </w:r>
    </w:p>
    <w:p>
      <w:pPr>
        <w:spacing w:after="200"/>
        <w:jc w:val="center"/>
      </w:pPr>
      <w:r>
        <w:rPr>
          <w:b w:val="0"/>
          <w:i/>
          <w:sz w:val="20"/>
        </w:rPr>
        <w:t>5/6 Science  -  Caring for the Land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Name the three main rock types.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Sort these into earth materials by drawing a line: clay, sand, soil, rock.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Name one earth material First Peoples used and what they used it for.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describe the rock cycle and sort earth materials.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